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DAILY ROUTINE PLANNER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worksheet to create a predictable routine while leaving room for flexibility.</w:t>
      </w:r>
    </w:p>
    <w:p>
      <w:pPr>
        <w:pStyle w:val="Heading1"/>
      </w:pPr>
      <w:r>
        <w:t>Morning</w:t>
      </w:r>
    </w:p>
    <w:p>
      <w:r>
        <w:rPr>
          <w:b/>
        </w:rPr>
        <w:t xml:space="preserve">☐ </w:t>
      </w:r>
      <w:r>
        <w:t>Wake-up time: ____________________</w:t>
      </w:r>
    </w:p>
    <w:p>
      <w:r>
        <w:rPr>
          <w:b/>
        </w:rPr>
        <w:t xml:space="preserve">☐ </w:t>
      </w:r>
      <w:r>
        <w:t>Hygiene / dressing: ____________________</w:t>
      </w:r>
    </w:p>
    <w:p>
      <w:r>
        <w:rPr>
          <w:b/>
        </w:rPr>
        <w:t xml:space="preserve">☐ </w:t>
      </w:r>
      <w:r>
        <w:t>Breakfast: ____________________</w:t>
      </w:r>
    </w:p>
    <w:p>
      <w:r>
        <w:rPr>
          <w:b/>
        </w:rPr>
        <w:t xml:space="preserve">☐ </w:t>
      </w:r>
      <w:r>
        <w:t>Morning visual/checklist used? ____________________</w:t>
      </w:r>
    </w:p>
    <w:p>
      <w:r>
        <w:rPr>
          <w:b/>
        </w:rPr>
        <w:t xml:space="preserve">☐ </w:t>
      </w:r>
      <w:r>
        <w:t>Important transition: ____________________</w:t>
      </w:r>
    </w:p>
    <w:p>
      <w:pPr>
        <w:pStyle w:val="Heading1"/>
      </w:pPr>
      <w:r>
        <w:t>School / Therapy / Daytime</w:t>
      </w:r>
    </w:p>
    <w:p>
      <w:r>
        <w:rPr>
          <w:b/>
        </w:rPr>
        <w:t xml:space="preserve">☐ </w:t>
      </w:r>
      <w:r>
        <w:t>Primary schedule: ____________________</w:t>
      </w:r>
    </w:p>
    <w:p>
      <w:r>
        <w:rPr>
          <w:b/>
        </w:rPr>
        <w:t xml:space="preserve">☐ </w:t>
      </w:r>
      <w:r>
        <w:t>Transportation: ____________________</w:t>
      </w:r>
    </w:p>
    <w:p>
      <w:r>
        <w:rPr>
          <w:b/>
        </w:rPr>
        <w:t xml:space="preserve">☐ </w:t>
      </w:r>
      <w:r>
        <w:t>Meals/snacks: ____________________</w:t>
      </w:r>
    </w:p>
    <w:p>
      <w:r>
        <w:rPr>
          <w:b/>
        </w:rPr>
        <w:t xml:space="preserve">☐ </w:t>
      </w:r>
      <w:r>
        <w:t>Communication or therapy notes: ____________________</w:t>
      </w:r>
    </w:p>
    <w:p>
      <w:r>
        <w:rPr>
          <w:b/>
        </w:rPr>
        <w:t xml:space="preserve">☐ </w:t>
      </w:r>
      <w:r>
        <w:t>Break/movement opportunities: ____________________</w:t>
      </w:r>
    </w:p>
    <w:p>
      <w:pPr>
        <w:pStyle w:val="Heading1"/>
      </w:pPr>
      <w:r>
        <w:t>Evening</w:t>
      </w:r>
    </w:p>
    <w:p>
      <w:r>
        <w:rPr>
          <w:b/>
        </w:rPr>
        <w:t xml:space="preserve">☐ </w:t>
      </w:r>
      <w:r>
        <w:t>Homework/learning: ____________________</w:t>
      </w:r>
    </w:p>
    <w:p>
      <w:r>
        <w:rPr>
          <w:b/>
        </w:rPr>
        <w:t xml:space="preserve">☐ </w:t>
      </w:r>
      <w:r>
        <w:t>Dinner: ____________________</w:t>
      </w:r>
    </w:p>
    <w:p>
      <w:r>
        <w:rPr>
          <w:b/>
        </w:rPr>
        <w:t xml:space="preserve">☐ </w:t>
      </w:r>
      <w:r>
        <w:t>Family/play time: ____________________</w:t>
      </w:r>
    </w:p>
    <w:p>
      <w:r>
        <w:rPr>
          <w:b/>
        </w:rPr>
        <w:t xml:space="preserve">☐ </w:t>
      </w:r>
      <w:r>
        <w:t>Bath/hygiene: ____________________</w:t>
      </w:r>
    </w:p>
    <w:p>
      <w:r>
        <w:rPr>
          <w:b/>
        </w:rPr>
        <w:t xml:space="preserve">☐ </w:t>
      </w:r>
      <w:r>
        <w:t>Bedtime routine: ____________________</w:t>
      </w:r>
    </w:p>
    <w:p>
      <w:pPr>
        <w:pStyle w:val="Heading1"/>
      </w:pPr>
      <w:r>
        <w:t>Today's Wins</w:t>
      </w:r>
    </w:p>
    <w:p>
      <w:r>
        <w:rPr>
          <w:b/>
        </w:rPr>
        <w:t xml:space="preserve">☐ </w:t>
      </w:r>
      <w:r>
        <w:t>One thing that went well: ____________________</w:t>
      </w:r>
    </w:p>
    <w:p>
      <w:r>
        <w:rPr>
          <w:b/>
        </w:rPr>
        <w:t xml:space="preserve">☐ </w:t>
      </w:r>
      <w:r>
        <w:t>One challenge we noticed: ____________________</w:t>
      </w:r>
    </w:p>
    <w:p>
      <w:r>
        <w:rPr>
          <w:b/>
        </w:rPr>
        <w:t xml:space="preserve">☐ </w:t>
      </w:r>
      <w:r>
        <w:t>One thing to try tomorrow: ____________________</w:t>
      </w:r>
    </w:p>
    <w:p>
      <w:pPr>
        <w:pStyle w:val="Heading1"/>
      </w:pPr>
      <w:r>
        <w:t>Note</w:t>
      </w:r>
    </w:p>
    <w:p>
      <w:r>
        <w:rPr>
          <w:b w:val="0"/>
        </w:rPr>
        <w:t>Routines should support the child and family; they do not need to be rigid.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