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MEDICAL APPOINTMENT QUESTIONS</w:t>
      </w:r>
    </w:p>
    <w:p>
      <w:pPr>
        <w:jc w:val="center"/>
      </w:pPr>
      <w:r>
        <w:rPr>
          <w:b/>
          <w:sz w:val="19"/>
        </w:rPr>
        <w:t>THE DAILEY INSTITUTE FAMILY TOOLKIT</w:t>
      </w:r>
    </w:p>
    <w:p>
      <w:r>
        <w:rPr>
          <w:b w:val="0"/>
        </w:rPr>
        <w:t>Bring this worksheet to pediatric, developmental, or specialist appointments so important questions and follow-up items are easier to track.</w:t>
      </w:r>
    </w:p>
    <w:p>
      <w:pPr>
        <w:pStyle w:val="Heading1"/>
      </w:pPr>
      <w:r>
        <w:t>Before the Visit</w:t>
      </w:r>
    </w:p>
    <w:p>
      <w:r>
        <w:rPr>
          <w:b/>
        </w:rPr>
        <w:t xml:space="preserve">☐ </w:t>
      </w:r>
      <w:r>
        <w:t>Main reason for today's visit: ____________________</w:t>
      </w:r>
    </w:p>
    <w:p>
      <w:r>
        <w:rPr>
          <w:b/>
        </w:rPr>
        <w:t xml:space="preserve">☐ </w:t>
      </w:r>
      <w:r>
        <w:t>Changes since the last visit: ____________________</w:t>
      </w:r>
    </w:p>
    <w:p>
      <w:r>
        <w:rPr>
          <w:b/>
        </w:rPr>
        <w:t xml:space="preserve">☐ </w:t>
      </w:r>
      <w:r>
        <w:t>New behaviors/developmental concerns: ____________________</w:t>
      </w:r>
    </w:p>
    <w:p>
      <w:r>
        <w:rPr>
          <w:b/>
        </w:rPr>
        <w:t xml:space="preserve">☐ </w:t>
      </w:r>
      <w:r>
        <w:t>Current medications/supplements: ____________________</w:t>
      </w:r>
    </w:p>
    <w:p>
      <w:r>
        <w:rPr>
          <w:b/>
        </w:rPr>
        <w:t xml:space="preserve">☐ </w:t>
      </w:r>
      <w:r>
        <w:t>Recent therapy/school updates: ____________________</w:t>
      </w:r>
    </w:p>
    <w:p>
      <w:pPr>
        <w:pStyle w:val="Heading1"/>
      </w:pPr>
      <w:r>
        <w:t>Questions for the Provider</w:t>
      </w:r>
    </w:p>
    <w:p>
      <w:r>
        <w:rPr>
          <w:b/>
        </w:rPr>
        <w:t xml:space="preserve">☐ </w:t>
      </w:r>
      <w:r>
        <w:t>What should we monitor?</w:t>
      </w:r>
    </w:p>
    <w:p>
      <w:r>
        <w:rPr>
          <w:b/>
        </w:rPr>
        <w:t xml:space="preserve">☐ </w:t>
      </w:r>
      <w:r>
        <w:t>Do you recommend additional screening or evaluation?</w:t>
      </w:r>
    </w:p>
    <w:p>
      <w:r>
        <w:rPr>
          <w:b/>
        </w:rPr>
        <w:t xml:space="preserve">☐ </w:t>
      </w:r>
      <w:r>
        <w:t>Are referrals needed? If yes, to whom?</w:t>
      </w:r>
    </w:p>
    <w:p>
      <w:r>
        <w:rPr>
          <w:b/>
        </w:rPr>
        <w:t xml:space="preserve">☐ </w:t>
      </w:r>
      <w:r>
        <w:t>Are there medical issues that could affect sleep, behavior, feeding, toileting, or development?</w:t>
      </w:r>
    </w:p>
    <w:p>
      <w:r>
        <w:rPr>
          <w:b/>
        </w:rPr>
        <w:t xml:space="preserve">☐ </w:t>
      </w:r>
      <w:r>
        <w:t>What records should we send to other providers?</w:t>
      </w:r>
    </w:p>
    <w:p>
      <w:r>
        <w:rPr>
          <w:b/>
        </w:rPr>
        <w:t xml:space="preserve">☐ </w:t>
      </w:r>
      <w:r>
        <w:t>When should we follow up?</w:t>
      </w:r>
    </w:p>
    <w:p>
      <w:r>
        <w:rPr>
          <w:b/>
        </w:rPr>
        <w:t xml:space="preserve">☐ </w:t>
      </w:r>
      <w:r>
        <w:t>What symptoms or changes should prompt an earlier call?</w:t>
      </w:r>
    </w:p>
    <w:p>
      <w:pPr>
        <w:pStyle w:val="Heading1"/>
      </w:pPr>
      <w:r>
        <w:t>Provider Recommendations</w:t>
      </w:r>
    </w:p>
    <w:p>
      <w:r>
        <w:rPr>
          <w:b/>
        </w:rPr>
        <w:t xml:space="preserve">☐ </w:t>
      </w:r>
      <w:r>
        <w:t>Tests/labs: ____________________</w:t>
      </w:r>
    </w:p>
    <w:p>
      <w:r>
        <w:rPr>
          <w:b/>
        </w:rPr>
        <w:t xml:space="preserve">☐ </w:t>
      </w:r>
      <w:r>
        <w:t>Referrals/orders: ____________________</w:t>
      </w:r>
    </w:p>
    <w:p>
      <w:r>
        <w:rPr>
          <w:b/>
        </w:rPr>
        <w:t xml:space="preserve">☐ </w:t>
      </w:r>
      <w:r>
        <w:t>Medication changes: ____________________</w:t>
      </w:r>
    </w:p>
    <w:p>
      <w:r>
        <w:rPr>
          <w:b/>
        </w:rPr>
        <w:t xml:space="preserve">☐ </w:t>
      </w:r>
      <w:r>
        <w:t>Home recommendations: ____________________</w:t>
      </w:r>
    </w:p>
    <w:p>
      <w:r>
        <w:rPr>
          <w:b/>
        </w:rPr>
        <w:t xml:space="preserve">☐ </w:t>
      </w:r>
      <w:r>
        <w:t>Follow-up date: ____________________</w:t>
      </w:r>
    </w:p>
    <w:p>
      <w:pPr>
        <w:pStyle w:val="Heading1"/>
      </w:pPr>
      <w:r>
        <w:t>My Action Items</w:t>
      </w:r>
    </w:p>
    <w:p>
      <w:r>
        <w:rPr>
          <w:b/>
        </w:rPr>
        <w:t xml:space="preserve">☐ </w:t>
      </w:r>
      <w:r>
        <w:t>1. ____________________</w:t>
      </w:r>
    </w:p>
    <w:p>
      <w:r>
        <w:rPr>
          <w:b/>
        </w:rPr>
        <w:t xml:space="preserve">☐ </w:t>
      </w:r>
      <w:r>
        <w:t>2. ____________________</w:t>
      </w:r>
    </w:p>
    <w:p>
      <w:r>
        <w:rPr>
          <w:b/>
        </w:rPr>
        <w:t xml:space="preserve">☐ </w:t>
      </w:r>
      <w:r>
        <w:t>3. ____________________</w:t>
      </w:r>
    </w:p>
    <w:p>
      <w:pPr>
        <w:pStyle w:val="Heading1"/>
      </w:pPr>
      <w:r>
        <w:t>Note</w:t>
      </w:r>
    </w:p>
    <w:p>
      <w:r>
        <w:rPr>
          <w:b w:val="0"/>
        </w:rPr>
        <w:t>This worksheet is for organization and does not replace medical advice.</w:t>
      </w:r>
    </w:p>
    <w:sectPr w:rsidR="00FC693F" w:rsidRPr="0006063C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