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VISUAL SCHEDULE TEMPLATE</w:t>
      </w:r>
    </w:p>
    <w:p>
      <w:pPr>
        <w:jc w:val="center"/>
      </w:pPr>
      <w:r>
        <w:rPr>
          <w:b/>
          <w:sz w:val="19"/>
        </w:rPr>
        <w:t>THE DAILEY INSTITUTE FAMILY TOOLKIT</w:t>
      </w:r>
    </w:p>
    <w:p>
      <w:r>
        <w:rPr>
          <w:b w:val="0"/>
        </w:rPr>
        <w:t>Use this template to build a simple routine. Add pictures, icons, or words that are meaningful to your child.</w:t>
      </w:r>
    </w:p>
    <w:p>
      <w:pPr>
        <w:pStyle w:val="Heading1"/>
      </w:pPr>
      <w:r>
        <w:t>Morning</w:t>
      </w:r>
    </w:p>
    <w:p>
      <w:r>
        <w:rPr>
          <w:b/>
        </w:rPr>
        <w:t xml:space="preserve">☐ </w:t>
      </w:r>
      <w:r>
        <w:t>Wake up</w:t>
      </w:r>
    </w:p>
    <w:p>
      <w:r>
        <w:rPr>
          <w:b/>
        </w:rPr>
        <w:t xml:space="preserve">☐ </w:t>
      </w:r>
      <w:r>
        <w:t>Bathroom / brush teeth</w:t>
      </w:r>
    </w:p>
    <w:p>
      <w:r>
        <w:rPr>
          <w:b/>
        </w:rPr>
        <w:t xml:space="preserve">☐ </w:t>
      </w:r>
      <w:r>
        <w:t>Get dressed</w:t>
      </w:r>
    </w:p>
    <w:p>
      <w:r>
        <w:rPr>
          <w:b/>
        </w:rPr>
        <w:t xml:space="preserve">☐ </w:t>
      </w:r>
      <w:r>
        <w:t>Breakfast</w:t>
      </w:r>
    </w:p>
    <w:p>
      <w:r>
        <w:rPr>
          <w:b/>
        </w:rPr>
        <w:t xml:space="preserve">☐ </w:t>
      </w:r>
      <w:r>
        <w:t>Leave / begin day</w:t>
      </w:r>
    </w:p>
    <w:p>
      <w:pPr>
        <w:pStyle w:val="Heading1"/>
      </w:pPr>
      <w:r>
        <w:t>Afternoon</w:t>
      </w:r>
    </w:p>
    <w:p>
      <w:r>
        <w:rPr>
          <w:b/>
        </w:rPr>
        <w:t xml:space="preserve">☐ </w:t>
      </w:r>
      <w:r>
        <w:t>School / home</w:t>
      </w:r>
    </w:p>
    <w:p>
      <w:r>
        <w:rPr>
          <w:b/>
        </w:rPr>
        <w:t xml:space="preserve">☐ </w:t>
      </w:r>
      <w:r>
        <w:t>Snack</w:t>
      </w:r>
    </w:p>
    <w:p>
      <w:r>
        <w:rPr>
          <w:b/>
        </w:rPr>
        <w:t xml:space="preserve">☐ </w:t>
      </w:r>
      <w:r>
        <w:t>Therapy / homework / activity</w:t>
      </w:r>
    </w:p>
    <w:p>
      <w:r>
        <w:rPr>
          <w:b/>
        </w:rPr>
        <w:t xml:space="preserve">☐ </w:t>
      </w:r>
      <w:r>
        <w:t>Break / play</w:t>
      </w:r>
    </w:p>
    <w:p>
      <w:r>
        <w:rPr>
          <w:b/>
        </w:rPr>
        <w:t xml:space="preserve">☐ </w:t>
      </w:r>
      <w:r>
        <w:t>Transition to evening</w:t>
      </w:r>
    </w:p>
    <w:p>
      <w:pPr>
        <w:pStyle w:val="Heading1"/>
      </w:pPr>
      <w:r>
        <w:t>Evening</w:t>
      </w:r>
    </w:p>
    <w:p>
      <w:r>
        <w:rPr>
          <w:b/>
        </w:rPr>
        <w:t xml:space="preserve">☐ </w:t>
      </w:r>
      <w:r>
        <w:t>Dinner</w:t>
      </w:r>
    </w:p>
    <w:p>
      <w:r>
        <w:rPr>
          <w:b/>
        </w:rPr>
        <w:t xml:space="preserve">☐ </w:t>
      </w:r>
      <w:r>
        <w:t>Family / play time</w:t>
      </w:r>
    </w:p>
    <w:p>
      <w:r>
        <w:rPr>
          <w:b/>
        </w:rPr>
        <w:t xml:space="preserve">☐ </w:t>
      </w:r>
      <w:r>
        <w:t>Bath / hygiene</w:t>
      </w:r>
    </w:p>
    <w:p>
      <w:r>
        <w:rPr>
          <w:b/>
        </w:rPr>
        <w:t xml:space="preserve">☐ </w:t>
      </w:r>
      <w:r>
        <w:t>Prepare for tomorrow</w:t>
      </w:r>
    </w:p>
    <w:p>
      <w:r>
        <w:rPr>
          <w:b/>
        </w:rPr>
        <w:t xml:space="preserve">☐ </w:t>
      </w:r>
      <w:r>
        <w:t>Bedtime</w:t>
      </w:r>
    </w:p>
    <w:p>
      <w:pPr>
        <w:pStyle w:val="Heading1"/>
      </w:pPr>
      <w:r>
        <w:t>Customize</w:t>
      </w:r>
    </w:p>
    <w:p>
      <w:r>
        <w:rPr>
          <w:b/>
        </w:rPr>
        <w:t xml:space="preserve">☐ </w:t>
      </w:r>
      <w:r>
        <w:t>Add: ____________________</w:t>
      </w:r>
    </w:p>
    <w:p>
      <w:r>
        <w:rPr>
          <w:b/>
        </w:rPr>
        <w:t xml:space="preserve">☐ </w:t>
      </w:r>
      <w:r>
        <w:t>Remove: ____________________</w:t>
      </w:r>
    </w:p>
    <w:p>
      <w:r>
        <w:rPr>
          <w:b/>
        </w:rPr>
        <w:t xml:space="preserve">☐ </w:t>
      </w:r>
      <w:r>
        <w:t>Preferred visual format: pictures / words / objects / other ____________________</w:t>
      </w:r>
    </w:p>
    <w:p>
      <w:pPr>
        <w:pStyle w:val="Heading1"/>
      </w:pPr>
      <w:r>
        <w:t>Note</w:t>
      </w:r>
    </w:p>
    <w:p>
      <w:r>
        <w:rPr>
          <w:b w:val="0"/>
        </w:rPr>
        <w:t>Visual schedules work best when individualized and taught, not simply displayed.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