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IEP MEETING PREPARATION WORKSHEET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worksheet to organize your priorities and questions before an IEP meeting.</w:t>
      </w:r>
    </w:p>
    <w:p>
      <w:pPr>
        <w:pStyle w:val="Heading1"/>
      </w:pPr>
      <w:r>
        <w:t>My Child's Strengths</w:t>
      </w:r>
    </w:p>
    <w:p>
      <w:r>
        <w:rPr>
          <w:b/>
        </w:rPr>
        <w:t xml:space="preserve">☐ </w:t>
      </w:r>
      <w:r>
        <w:t>Strengths/interests I want the team to recognize: ____________________</w:t>
      </w:r>
    </w:p>
    <w:p>
      <w:r>
        <w:rPr>
          <w:b/>
        </w:rPr>
        <w:t xml:space="preserve">☐ </w:t>
      </w:r>
      <w:r>
        <w:t>Recent successes: ____________________</w:t>
      </w:r>
    </w:p>
    <w:p>
      <w:pPr>
        <w:pStyle w:val="Heading1"/>
      </w:pPr>
      <w:r>
        <w:t>My Top Priorities</w:t>
      </w:r>
    </w:p>
    <w:p>
      <w:r>
        <w:rPr>
          <w:b/>
        </w:rPr>
        <w:t xml:space="preserve">☐ </w:t>
      </w:r>
      <w:r>
        <w:t>1. ____________________</w:t>
      </w:r>
    </w:p>
    <w:p>
      <w:r>
        <w:rPr>
          <w:b/>
        </w:rPr>
        <w:t xml:space="preserve">☐ </w:t>
      </w:r>
      <w:r>
        <w:t>2. ____________________</w:t>
      </w:r>
    </w:p>
    <w:p>
      <w:r>
        <w:rPr>
          <w:b/>
        </w:rPr>
        <w:t xml:space="preserve">☐ </w:t>
      </w:r>
      <w:r>
        <w:t>3. ____________________</w:t>
      </w:r>
    </w:p>
    <w:p>
      <w:pPr>
        <w:pStyle w:val="Heading1"/>
      </w:pPr>
      <w:r>
        <w:t>Questions to Ask</w:t>
      </w:r>
    </w:p>
    <w:p>
      <w:r>
        <w:rPr>
          <w:b/>
        </w:rPr>
        <w:t xml:space="preserve">☐ </w:t>
      </w:r>
      <w:r>
        <w:t>What progress has been made toward current goals?</w:t>
      </w:r>
    </w:p>
    <w:p>
      <w:r>
        <w:rPr>
          <w:b/>
        </w:rPr>
        <w:t xml:space="preserve">☐ </w:t>
      </w:r>
      <w:r>
        <w:t>How is progress measured?</w:t>
      </w:r>
    </w:p>
    <w:p>
      <w:r>
        <w:rPr>
          <w:b/>
        </w:rPr>
        <w:t xml:space="preserve">☐ </w:t>
      </w:r>
      <w:r>
        <w:t>Which accommodations are currently being used?</w:t>
      </w:r>
    </w:p>
    <w:p>
      <w:r>
        <w:rPr>
          <w:b/>
        </w:rPr>
        <w:t xml:space="preserve">☐ </w:t>
      </w:r>
      <w:r>
        <w:t>Are services and supports being delivered as written?</w:t>
      </w:r>
    </w:p>
    <w:p>
      <w:r>
        <w:rPr>
          <w:b/>
        </w:rPr>
        <w:t xml:space="preserve">☐ </w:t>
      </w:r>
      <w:r>
        <w:t>Are there barriers affecting participation or learning?</w:t>
      </w:r>
    </w:p>
    <w:p>
      <w:r>
        <w:rPr>
          <w:b/>
        </w:rPr>
        <w:t xml:space="preserve">☐ </w:t>
      </w:r>
      <w:r>
        <w:t>What changes is the team recommending and why?</w:t>
      </w:r>
    </w:p>
    <w:p>
      <w:r>
        <w:rPr>
          <w:b/>
        </w:rPr>
        <w:t xml:space="preserve">☐ </w:t>
      </w:r>
      <w:r>
        <w:t>How will we know whether the new plan is working?</w:t>
      </w:r>
    </w:p>
    <w:p>
      <w:pPr>
        <w:pStyle w:val="Heading1"/>
      </w:pPr>
      <w:r>
        <w:t>Documents to Review</w:t>
      </w:r>
    </w:p>
    <w:p>
      <w:r>
        <w:rPr>
          <w:b/>
        </w:rPr>
        <w:t xml:space="preserve">☐ </w:t>
      </w:r>
      <w:r>
        <w:t>Current IEP</w:t>
      </w:r>
    </w:p>
    <w:p>
      <w:r>
        <w:rPr>
          <w:b/>
        </w:rPr>
        <w:t xml:space="preserve">☐ </w:t>
      </w:r>
      <w:r>
        <w:t>Evaluation reports</w:t>
      </w:r>
    </w:p>
    <w:p>
      <w:r>
        <w:rPr>
          <w:b/>
        </w:rPr>
        <w:t xml:space="preserve">☐ </w:t>
      </w:r>
      <w:r>
        <w:t>Progress reports</w:t>
      </w:r>
    </w:p>
    <w:p>
      <w:r>
        <w:rPr>
          <w:b/>
        </w:rPr>
        <w:t xml:space="preserve">☐ </w:t>
      </w:r>
      <w:r>
        <w:t>Behavior plan if applicable</w:t>
      </w:r>
    </w:p>
    <w:p>
      <w:r>
        <w:rPr>
          <w:b/>
        </w:rPr>
        <w:t xml:space="preserve">☐ </w:t>
      </w:r>
      <w:r>
        <w:t>Relevant medical/therapy information</w:t>
      </w:r>
    </w:p>
    <w:p>
      <w:r>
        <w:rPr>
          <w:b/>
        </w:rPr>
        <w:t xml:space="preserve">☐ </w:t>
      </w:r>
      <w:r>
        <w:t>Prior meeting notes</w:t>
      </w:r>
    </w:p>
    <w:p>
      <w:pPr>
        <w:pStyle w:val="Heading1"/>
      </w:pPr>
      <w:r>
        <w:t>Action Items</w:t>
      </w:r>
    </w:p>
    <w:p>
      <w:r>
        <w:rPr>
          <w:b/>
        </w:rPr>
        <w:t xml:space="preserve">☐ </w:t>
      </w:r>
      <w:r>
        <w:t>Who: __________ What: __________________ Due date: __________</w:t>
      </w:r>
    </w:p>
    <w:p>
      <w:r>
        <w:rPr>
          <w:b/>
        </w:rPr>
        <w:t xml:space="preserve">☐ </w:t>
      </w:r>
      <w:r>
        <w:t>Who: __________ What: __________________ Due date: __________</w:t>
      </w:r>
    </w:p>
    <w:p>
      <w:r>
        <w:rPr>
          <w:b/>
        </w:rPr>
        <w:t xml:space="preserve">☐ </w:t>
      </w:r>
      <w:r>
        <w:t>Who: __________ What: __________________ Due date: __________</w:t>
      </w:r>
    </w:p>
    <w:p>
      <w:pPr>
        <w:pStyle w:val="Heading1"/>
      </w:pPr>
      <w:r>
        <w:t>Note</w:t>
      </w:r>
    </w:p>
    <w:p>
      <w:r>
        <w:rPr>
          <w:b w:val="0"/>
        </w:rPr>
        <w:t>This is a planning tool, not legal advice. Review your school's procedural safeguards for formal rights and dispute-resolution information.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