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BEHAVIOR &amp; COMMUNICATION LOG</w:t>
      </w:r>
    </w:p>
    <w:p>
      <w:pPr>
        <w:jc w:val="center"/>
      </w:pPr>
      <w:r>
        <w:rPr>
          <w:b/>
          <w:sz w:val="19"/>
        </w:rPr>
        <w:t>THE DAILEY INSTITUTE FAMILY TOOLKIT</w:t>
      </w:r>
    </w:p>
    <w:p>
      <w:r>
        <w:rPr>
          <w:b w:val="0"/>
        </w:rPr>
        <w:t>Use this form to record objective observations that may help you identify patterns to discuss with your child's team.</w:t>
      </w:r>
    </w:p>
    <w:p>
      <w:pPr>
        <w:pStyle w:val="Heading1"/>
      </w:pPr>
      <w:r>
        <w:t>Observation</w:t>
      </w:r>
    </w:p>
    <w:p>
      <w:r>
        <w:rPr>
          <w:b/>
        </w:rPr>
        <w:t xml:space="preserve">☐ </w:t>
      </w:r>
      <w:r>
        <w:t>Date: ____________________</w:t>
      </w:r>
    </w:p>
    <w:p>
      <w:r>
        <w:rPr>
          <w:b/>
        </w:rPr>
        <w:t xml:space="preserve">☐ </w:t>
      </w:r>
      <w:r>
        <w:t>Time: ____________________</w:t>
      </w:r>
    </w:p>
    <w:p>
      <w:r>
        <w:rPr>
          <w:b/>
        </w:rPr>
        <w:t xml:space="preserve">☐ </w:t>
      </w:r>
      <w:r>
        <w:t>Location/activity: ____________________</w:t>
      </w:r>
    </w:p>
    <w:p>
      <w:r>
        <w:rPr>
          <w:b/>
        </w:rPr>
        <w:t xml:space="preserve">☐ </w:t>
      </w:r>
      <w:r>
        <w:t>Who was present: ____________________</w:t>
      </w:r>
    </w:p>
    <w:p>
      <w:pPr>
        <w:pStyle w:val="Heading1"/>
      </w:pPr>
      <w:r>
        <w:t>What Happened Before?</w:t>
      </w:r>
    </w:p>
    <w:p>
      <w:r>
        <w:rPr>
          <w:b/>
        </w:rPr>
        <w:t xml:space="preserve">☐ </w:t>
      </w:r>
      <w:r>
        <w:t>What was happening immediately before? ____________________</w:t>
      </w:r>
    </w:p>
    <w:p>
      <w:r>
        <w:rPr>
          <w:b/>
        </w:rPr>
        <w:t xml:space="preserve">☐ </w:t>
      </w:r>
      <w:r>
        <w:t>Was there a request, transition, denied item, waiting period, or change? ____________________</w:t>
      </w:r>
    </w:p>
    <w:p>
      <w:r>
        <w:rPr>
          <w:b/>
        </w:rPr>
        <w:t xml:space="preserve">☐ </w:t>
      </w:r>
      <w:r>
        <w:t>Any relevant sleep, illness, hunger, medication, or routine change? ____________________</w:t>
      </w:r>
    </w:p>
    <w:p>
      <w:pPr>
        <w:pStyle w:val="Heading1"/>
      </w:pPr>
      <w:r>
        <w:t>What Did You Observe?</w:t>
      </w:r>
    </w:p>
    <w:p>
      <w:r>
        <w:rPr>
          <w:b/>
        </w:rPr>
        <w:t xml:space="preserve">☐ </w:t>
      </w:r>
      <w:r>
        <w:t>Describe the behavior in observable terms: ____________________</w:t>
      </w:r>
    </w:p>
    <w:p>
      <w:r>
        <w:rPr>
          <w:b/>
        </w:rPr>
        <w:t xml:space="preserve">☐ </w:t>
      </w:r>
      <w:r>
        <w:t>Communication used (speech/AAC/gesture/other): ____________________</w:t>
      </w:r>
    </w:p>
    <w:p>
      <w:r>
        <w:rPr>
          <w:b/>
        </w:rPr>
        <w:t xml:space="preserve">☐ </w:t>
      </w:r>
      <w:r>
        <w:t>Approximate duration/frequency if useful: ____________________</w:t>
      </w:r>
    </w:p>
    <w:p>
      <w:pPr>
        <w:pStyle w:val="Heading1"/>
      </w:pPr>
      <w:r>
        <w:t>What Happened After?</w:t>
      </w:r>
    </w:p>
    <w:p>
      <w:r>
        <w:rPr>
          <w:b/>
        </w:rPr>
        <w:t xml:space="preserve">☐ </w:t>
      </w:r>
      <w:r>
        <w:t>How did others respond? ____________________</w:t>
      </w:r>
    </w:p>
    <w:p>
      <w:r>
        <w:rPr>
          <w:b/>
        </w:rPr>
        <w:t xml:space="preserve">☐ </w:t>
      </w:r>
      <w:r>
        <w:t>What changed in the environment? ____________________</w:t>
      </w:r>
    </w:p>
    <w:p>
      <w:r>
        <w:rPr>
          <w:b/>
        </w:rPr>
        <w:t xml:space="preserve">☐ </w:t>
      </w:r>
      <w:r>
        <w:t>How did the situation end? ____________________</w:t>
      </w:r>
    </w:p>
    <w:p>
      <w:pPr>
        <w:pStyle w:val="Heading1"/>
      </w:pPr>
      <w:r>
        <w:t>Notes for the Team</w:t>
      </w:r>
    </w:p>
    <w:p>
      <w:r>
        <w:rPr>
          <w:b/>
        </w:rPr>
        <w:t xml:space="preserve">☐ </w:t>
      </w:r>
      <w:r>
        <w:t>Questions or patterns I want to discuss: ____________________</w:t>
      </w:r>
    </w:p>
    <w:p>
      <w:pPr>
        <w:pStyle w:val="Heading1"/>
      </w:pPr>
      <w:r>
        <w:t>Note</w:t>
      </w:r>
    </w:p>
    <w:p>
      <w:r>
        <w:rPr>
          <w:b w:val="0"/>
        </w:rPr>
        <w:t>Do not use this worksheet to make a diagnosis or independently change a treatment plan.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